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82573" w14:textId="77777777" w:rsidR="00A1433D" w:rsidRDefault="00000000">
      <w:pPr>
        <w:pStyle w:val="Title"/>
        <w:jc w:val="center"/>
      </w:pPr>
      <w:proofErr w:type="spellStart"/>
      <w:r>
        <w:t>Tjedni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tijek</w:t>
      </w:r>
      <w:proofErr w:type="spellEnd"/>
      <w:r>
        <w:t xml:space="preserve"> — </w:t>
      </w:r>
      <w:proofErr w:type="spellStart"/>
      <w:r>
        <w:t>Polleo</w:t>
      </w:r>
      <w:proofErr w:type="spellEnd"/>
      <w:r>
        <w:t xml:space="preserve"> Demand Planning</w:t>
      </w:r>
    </w:p>
    <w:p w14:paraId="2EC18E69" w14:textId="77777777" w:rsidR="00A1433D" w:rsidRDefault="00000000">
      <w:proofErr w:type="spellStart"/>
      <w:r>
        <w:t>Ovaj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opisuje</w:t>
      </w:r>
      <w:proofErr w:type="spellEnd"/>
      <w:r>
        <w:t xml:space="preserve"> </w:t>
      </w:r>
      <w:proofErr w:type="spellStart"/>
      <w:r>
        <w:t>tjedni</w:t>
      </w:r>
      <w:proofErr w:type="spellEnd"/>
      <w:r>
        <w:t xml:space="preserve"> </w:t>
      </w:r>
      <w:proofErr w:type="spellStart"/>
      <w:r>
        <w:t>ciklus</w:t>
      </w:r>
      <w:proofErr w:type="spellEnd"/>
      <w:r>
        <w:t xml:space="preserve"> </w:t>
      </w:r>
      <w:proofErr w:type="spellStart"/>
      <w:r>
        <w:t>planiranja</w:t>
      </w:r>
      <w:proofErr w:type="spellEnd"/>
      <w:r>
        <w:t xml:space="preserve"> </w:t>
      </w:r>
      <w:proofErr w:type="spellStart"/>
      <w:r>
        <w:t>potražnje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opskrbe</w:t>
      </w:r>
      <w:proofErr w:type="spellEnd"/>
      <w:r>
        <w:t xml:space="preserve">, od </w:t>
      </w:r>
      <w:proofErr w:type="spellStart"/>
      <w:r>
        <w:t>petka</w:t>
      </w:r>
      <w:proofErr w:type="spellEnd"/>
      <w:r>
        <w:t xml:space="preserve"> </w:t>
      </w:r>
      <w:proofErr w:type="spellStart"/>
      <w:r>
        <w:t>prethodnog</w:t>
      </w:r>
      <w:proofErr w:type="spellEnd"/>
      <w:r>
        <w:t xml:space="preserve"> </w:t>
      </w:r>
      <w:proofErr w:type="spellStart"/>
      <w:r>
        <w:t>tjedna</w:t>
      </w:r>
      <w:proofErr w:type="spellEnd"/>
      <w:r>
        <w:t xml:space="preserve"> do </w:t>
      </w:r>
      <w:proofErr w:type="spellStart"/>
      <w:r>
        <w:t>petka</w:t>
      </w:r>
      <w:proofErr w:type="spellEnd"/>
      <w:r>
        <w:t xml:space="preserve"> </w:t>
      </w:r>
      <w:proofErr w:type="spellStart"/>
      <w:r>
        <w:t>tekućeg</w:t>
      </w:r>
      <w:proofErr w:type="spellEnd"/>
      <w:r>
        <w:t xml:space="preserve"> </w:t>
      </w:r>
      <w:proofErr w:type="spellStart"/>
      <w:r>
        <w:t>tjedna</w:t>
      </w:r>
      <w:proofErr w:type="spellEnd"/>
      <w:r>
        <w:t>.</w:t>
      </w:r>
    </w:p>
    <w:p w14:paraId="52811F9F" w14:textId="77777777" w:rsidR="00A1433D" w:rsidRDefault="00000000">
      <w:pPr>
        <w:pStyle w:val="Heading1"/>
      </w:pPr>
      <w:r>
        <w:t>Petak (</w:t>
      </w:r>
      <w:proofErr w:type="spellStart"/>
      <w:r>
        <w:t>prethodni</w:t>
      </w:r>
      <w:proofErr w:type="spellEnd"/>
      <w:r>
        <w:t xml:space="preserve"> </w:t>
      </w:r>
      <w:proofErr w:type="spellStart"/>
      <w:r>
        <w:t>tjedan</w:t>
      </w:r>
      <w:proofErr w:type="spellEnd"/>
      <w:r>
        <w:t>)</w:t>
      </w:r>
    </w:p>
    <w:p w14:paraId="3EA6E98F" w14:textId="77777777" w:rsidR="00A1433D" w:rsidRDefault="00000000">
      <w:r>
        <w:rPr>
          <w:b/>
        </w:rPr>
        <w:t xml:space="preserve">KAM/CM </w:t>
      </w:r>
      <w:proofErr w:type="spellStart"/>
      <w:r>
        <w:rPr>
          <w:b/>
        </w:rPr>
        <w:t>unosi</w:t>
      </w:r>
      <w:proofErr w:type="spellEnd"/>
      <w:r>
        <w:rPr>
          <w:b/>
        </w:rPr>
        <w:t xml:space="preserve"> → 🔔 Slack </w:t>
      </w:r>
      <w:proofErr w:type="spellStart"/>
      <w:r>
        <w:rPr>
          <w:b/>
        </w:rPr>
        <w:t>ciklus</w:t>
      </w:r>
      <w:proofErr w:type="spellEnd"/>
      <w:r>
        <w:rPr>
          <w:b/>
        </w:rPr>
        <w:t xml:space="preserve"> → „Distribute templates".</w:t>
      </w:r>
    </w:p>
    <w:p w14:paraId="245AE1C7" w14:textId="302EBF24" w:rsidR="00A1433D" w:rsidRDefault="00000000">
      <w:proofErr w:type="spellStart"/>
      <w:r>
        <w:t>Sustav</w:t>
      </w:r>
      <w:proofErr w:type="spellEnd"/>
      <w:r>
        <w:t xml:space="preserve"> </w:t>
      </w:r>
      <w:proofErr w:type="spellStart"/>
      <w:r>
        <w:t>šalje</w:t>
      </w:r>
      <w:proofErr w:type="spellEnd"/>
      <w:r>
        <w:t xml:space="preserve"> </w:t>
      </w:r>
      <w:proofErr w:type="spellStart"/>
      <w:r>
        <w:t>personalizirane</w:t>
      </w:r>
      <w:proofErr w:type="spellEnd"/>
      <w:r>
        <w:t xml:space="preserve"> VP </w:t>
      </w:r>
      <w:proofErr w:type="spellStart"/>
      <w:r>
        <w:t>i</w:t>
      </w:r>
      <w:proofErr w:type="spellEnd"/>
      <w:r>
        <w:t xml:space="preserve"> MP Excel </w:t>
      </w:r>
      <w:proofErr w:type="spellStart"/>
      <w:r>
        <w:t>predloške</w:t>
      </w:r>
      <w:proofErr w:type="spellEnd"/>
      <w:r>
        <w:t xml:space="preserve"> u Slack </w:t>
      </w:r>
      <w:proofErr w:type="spellStart"/>
      <w:r>
        <w:t>threadove</w:t>
      </w:r>
      <w:proofErr w:type="spellEnd"/>
      <w:r>
        <w:t xml:space="preserve"> </w:t>
      </w:r>
      <w:proofErr w:type="spellStart"/>
      <w:r>
        <w:t>svakom</w:t>
      </w:r>
      <w:proofErr w:type="spellEnd"/>
      <w:r>
        <w:t xml:space="preserve"> KAM-u/CM-u. Rok za </w:t>
      </w:r>
      <w:proofErr w:type="spellStart"/>
      <w:r>
        <w:t>odgovor</w:t>
      </w:r>
      <w:proofErr w:type="spellEnd"/>
      <w:r>
        <w:t xml:space="preserve"> je </w:t>
      </w:r>
      <w:proofErr w:type="spellStart"/>
      <w:r>
        <w:t>sljedeći</w:t>
      </w:r>
      <w:proofErr w:type="spellEnd"/>
      <w:r>
        <w:t xml:space="preserve"> </w:t>
      </w:r>
      <w:proofErr w:type="spellStart"/>
      <w:r>
        <w:t>ponedjeljak</w:t>
      </w:r>
      <w:proofErr w:type="spellEnd"/>
      <w:r>
        <w:t xml:space="preserve"> u 17:00.</w:t>
      </w:r>
      <w:r w:rsidR="0051743A">
        <w:t xml:space="preserve"> Demand planner </w:t>
      </w:r>
      <w:proofErr w:type="spellStart"/>
      <w:r w:rsidR="0051743A">
        <w:t>korigira</w:t>
      </w:r>
      <w:proofErr w:type="spellEnd"/>
      <w:r w:rsidR="0051743A">
        <w:t xml:space="preserve"> demand.</w:t>
      </w:r>
    </w:p>
    <w:p w14:paraId="4D944611" w14:textId="77777777" w:rsidR="00A1433D" w:rsidRDefault="00000000">
      <w:pPr>
        <w:pStyle w:val="Heading1"/>
      </w:pPr>
      <w:proofErr w:type="spellStart"/>
      <w:r>
        <w:t>Ponedjeljak</w:t>
      </w:r>
      <w:proofErr w:type="spellEnd"/>
    </w:p>
    <w:p w14:paraId="4C50CB8C" w14:textId="77777777" w:rsidR="00A1433D" w:rsidRDefault="00000000">
      <w:pPr>
        <w:pStyle w:val="Heading2"/>
      </w:pPr>
      <w:r>
        <w:t xml:space="preserve">09:00 — </w:t>
      </w:r>
      <w:proofErr w:type="spellStart"/>
      <w:r>
        <w:t>Podsjetnici</w:t>
      </w:r>
      <w:proofErr w:type="spellEnd"/>
    </w:p>
    <w:p w14:paraId="529D9DBD" w14:textId="77777777" w:rsidR="00A1433D" w:rsidRDefault="00000000">
      <w:r>
        <w:t xml:space="preserve">🔔 Slack </w:t>
      </w:r>
      <w:proofErr w:type="spellStart"/>
      <w:r>
        <w:t>ciklus</w:t>
      </w:r>
      <w:proofErr w:type="spellEnd"/>
      <w:r>
        <w:t xml:space="preserve"> → „Send nudges". </w:t>
      </w:r>
      <w:proofErr w:type="spellStart"/>
      <w:r>
        <w:t>Automatski</w:t>
      </w:r>
      <w:proofErr w:type="spellEnd"/>
      <w:r>
        <w:t xml:space="preserve"> </w:t>
      </w:r>
      <w:proofErr w:type="spellStart"/>
      <w:r>
        <w:t>šalje</w:t>
      </w:r>
      <w:proofErr w:type="spellEnd"/>
      <w:r>
        <w:t xml:space="preserve"> </w:t>
      </w:r>
      <w:proofErr w:type="spellStart"/>
      <w:r>
        <w:t>podsjetnik</w:t>
      </w:r>
      <w:proofErr w:type="spellEnd"/>
      <w:r>
        <w:t xml:space="preserve"> KAM-</w:t>
      </w:r>
      <w:proofErr w:type="spellStart"/>
      <w:r>
        <w:t>ovima</w:t>
      </w:r>
      <w:proofErr w:type="spellEnd"/>
      <w:r>
        <w:t>/CM-</w:t>
      </w:r>
      <w:proofErr w:type="spellStart"/>
      <w:r>
        <w:t>ovima</w:t>
      </w:r>
      <w:proofErr w:type="spellEnd"/>
      <w:r>
        <w:t xml:space="preserve"> koji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odgovorili</w:t>
      </w:r>
      <w:proofErr w:type="spellEnd"/>
      <w:r>
        <w:t>.</w:t>
      </w:r>
    </w:p>
    <w:p w14:paraId="03B93A60" w14:textId="77777777" w:rsidR="00A1433D" w:rsidRDefault="00000000">
      <w:pPr>
        <w:pStyle w:val="Heading2"/>
      </w:pPr>
      <w:r>
        <w:t xml:space="preserve">17:00 — </w:t>
      </w:r>
      <w:proofErr w:type="spellStart"/>
      <w:r>
        <w:t>Prikupljanje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objedinjavanje</w:t>
      </w:r>
      <w:proofErr w:type="spellEnd"/>
    </w:p>
    <w:p w14:paraId="740118C3" w14:textId="77777777" w:rsidR="00A1433D" w:rsidRDefault="00000000">
      <w:r>
        <w:t xml:space="preserve">🔔 Slack </w:t>
      </w:r>
      <w:proofErr w:type="spellStart"/>
      <w:r>
        <w:t>ciklus</w:t>
      </w:r>
      <w:proofErr w:type="spellEnd"/>
      <w:r>
        <w:t xml:space="preserve"> → „Collect + combine". </w:t>
      </w:r>
      <w:proofErr w:type="spellStart"/>
      <w:r>
        <w:t>Preuzima</w:t>
      </w:r>
      <w:proofErr w:type="spellEnd"/>
      <w:r>
        <w:t xml:space="preserve"> </w:t>
      </w:r>
      <w:proofErr w:type="spellStart"/>
      <w:r>
        <w:t>popunjene</w:t>
      </w:r>
      <w:proofErr w:type="spellEnd"/>
      <w:r>
        <w:t xml:space="preserve"> Excel </w:t>
      </w:r>
      <w:proofErr w:type="spellStart"/>
      <w:r>
        <w:t>datoteke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Slack </w:t>
      </w:r>
      <w:proofErr w:type="spellStart"/>
      <w:r>
        <w:t>threada</w:t>
      </w:r>
      <w:proofErr w:type="spellEnd"/>
      <w:r>
        <w:t xml:space="preserve">, </w:t>
      </w:r>
      <w:proofErr w:type="spellStart"/>
      <w:r>
        <w:t>agregira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piše</w:t>
      </w:r>
      <w:proofErr w:type="spellEnd"/>
      <w:r>
        <w:t xml:space="preserve"> u vp_input.csv </w:t>
      </w:r>
      <w:proofErr w:type="spellStart"/>
      <w:r>
        <w:t>i</w:t>
      </w:r>
      <w:proofErr w:type="spellEnd"/>
      <w:r>
        <w:t xml:space="preserve"> mp_input.csv.</w:t>
      </w:r>
    </w:p>
    <w:p w14:paraId="691FF144" w14:textId="6356BB1D" w:rsidR="00A1433D" w:rsidRDefault="00203876">
      <w:pPr>
        <w:pStyle w:val="Heading2"/>
      </w:pPr>
      <w:proofErr w:type="spellStart"/>
      <w:r>
        <w:t>Ponedjeljak</w:t>
      </w:r>
      <w:proofErr w:type="spellEnd"/>
      <w:r>
        <w:t xml:space="preserve"> — Demand </w:t>
      </w:r>
      <w:proofErr w:type="spellStart"/>
      <w:r>
        <w:t>modul</w:t>
      </w:r>
      <w:proofErr w:type="spellEnd"/>
    </w:p>
    <w:p w14:paraId="0977A46F" w14:textId="77777777" w:rsidR="00A1433D" w:rsidRDefault="00000000">
      <w:pPr>
        <w:pStyle w:val="ListNumber"/>
      </w:pPr>
      <w:r>
        <w:rPr>
          <w:b/>
        </w:rPr>
        <w:t xml:space="preserve">📈 Update sales — </w:t>
      </w:r>
      <w:proofErr w:type="spellStart"/>
      <w:r>
        <w:t>Učitava</w:t>
      </w:r>
      <w:proofErr w:type="spellEnd"/>
      <w:r>
        <w:t xml:space="preserve"> </w:t>
      </w:r>
      <w:proofErr w:type="spellStart"/>
      <w:r>
        <w:t>prodaju</w:t>
      </w:r>
      <w:proofErr w:type="spellEnd"/>
      <w:r>
        <w:t xml:space="preserve"> </w:t>
      </w:r>
      <w:proofErr w:type="spellStart"/>
      <w:r>
        <w:t>prethodnog</w:t>
      </w:r>
      <w:proofErr w:type="spellEnd"/>
      <w:r>
        <w:t xml:space="preserve"> </w:t>
      </w:r>
      <w:proofErr w:type="spellStart"/>
      <w:r>
        <w:t>tjedna</w:t>
      </w:r>
      <w:proofErr w:type="spellEnd"/>
      <w:r>
        <w:t xml:space="preserve"> u sales_clean.csv </w:t>
      </w:r>
      <w:proofErr w:type="spellStart"/>
      <w:r>
        <w:t>i</w:t>
      </w:r>
      <w:proofErr w:type="spellEnd"/>
      <w:r>
        <w:t xml:space="preserve"> </w:t>
      </w:r>
      <w:proofErr w:type="spellStart"/>
      <w:r>
        <w:t>ponovno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promo uplift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temelju</w:t>
      </w:r>
      <w:proofErr w:type="spellEnd"/>
      <w:r>
        <w:t xml:space="preserve"> ERP </w:t>
      </w:r>
      <w:proofErr w:type="spellStart"/>
      <w:r>
        <w:t>kalendara</w:t>
      </w:r>
      <w:proofErr w:type="spellEnd"/>
      <w:r>
        <w:t>.</w:t>
      </w:r>
    </w:p>
    <w:p w14:paraId="4DEBEAEC" w14:textId="2F12329E" w:rsidR="00A1433D" w:rsidRDefault="00000000">
      <w:pPr>
        <w:pStyle w:val="ListNumber"/>
      </w:pPr>
      <w:r>
        <w:rPr>
          <w:b/>
        </w:rPr>
        <w:t xml:space="preserve">🔮 Run forecast — </w:t>
      </w:r>
      <w:proofErr w:type="spellStart"/>
      <w:r>
        <w:t>Pokreće</w:t>
      </w:r>
      <w:proofErr w:type="spellEnd"/>
      <w:r>
        <w:t xml:space="preserve"> </w:t>
      </w:r>
      <w:proofErr w:type="spellStart"/>
      <w:r>
        <w:t>StatsForecast</w:t>
      </w:r>
      <w:proofErr w:type="spellEnd"/>
      <w:r w:rsidR="00CC695B">
        <w:t xml:space="preserve"> tool, koji </w:t>
      </w:r>
      <w:proofErr w:type="spellStart"/>
      <w:r w:rsidR="00CC695B">
        <w:t>radi</w:t>
      </w:r>
      <w:proofErr w:type="spellEnd"/>
      <w:r w:rsidR="00CC695B">
        <w:t xml:space="preserve"> </w:t>
      </w:r>
      <w:proofErr w:type="spellStart"/>
      <w:r w:rsidR="00CC695B">
        <w:t>prognozu</w:t>
      </w:r>
      <w:proofErr w:type="spellEnd"/>
      <w:r w:rsidR="00CC695B">
        <w:t xml:space="preserve"> </w:t>
      </w:r>
      <w:proofErr w:type="spellStart"/>
      <w:r w:rsidR="00CC695B">
        <w:t>demanda</w:t>
      </w:r>
      <w:proofErr w:type="spellEnd"/>
      <w:r>
        <w:t xml:space="preserve">, </w:t>
      </w:r>
      <w:proofErr w:type="spellStart"/>
      <w:r>
        <w:t>odvojeno</w:t>
      </w:r>
      <w:proofErr w:type="spellEnd"/>
      <w:r>
        <w:t xml:space="preserve"> za </w:t>
      </w:r>
      <w:proofErr w:type="spellStart"/>
      <w:r>
        <w:t>maloprodaju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veleprodaju</w:t>
      </w:r>
      <w:proofErr w:type="spellEnd"/>
      <w:r w:rsidR="00CC695B">
        <w:t xml:space="preserve"> – </w:t>
      </w:r>
      <w:proofErr w:type="spellStart"/>
      <w:r w:rsidR="00CC695B">
        <w:t>kasnije</w:t>
      </w:r>
      <w:proofErr w:type="spellEnd"/>
      <w:r w:rsidR="00CC695B">
        <w:t xml:space="preserve"> </w:t>
      </w:r>
      <w:proofErr w:type="spellStart"/>
      <w:r w:rsidR="00CC695B">
        <w:t>spaja</w:t>
      </w:r>
      <w:proofErr w:type="spellEnd"/>
      <w:r>
        <w:t xml:space="preserve">, </w:t>
      </w:r>
      <w:proofErr w:type="spellStart"/>
      <w:r>
        <w:t>primjenjuje</w:t>
      </w:r>
      <w:proofErr w:type="spellEnd"/>
      <w:r>
        <w:t xml:space="preserve"> cap/floor </w:t>
      </w:r>
      <w:proofErr w:type="spellStart"/>
      <w:r>
        <w:t>zaštitne</w:t>
      </w:r>
      <w:proofErr w:type="spellEnd"/>
      <w:r>
        <w:t xml:space="preserve"> </w:t>
      </w:r>
      <w:proofErr w:type="spellStart"/>
      <w:r>
        <w:t>granice</w:t>
      </w:r>
      <w:proofErr w:type="spellEnd"/>
      <w:r>
        <w:t>.</w:t>
      </w:r>
    </w:p>
    <w:p w14:paraId="6EA04D34" w14:textId="77777777" w:rsidR="00A1433D" w:rsidRDefault="00000000">
      <w:pPr>
        <w:pStyle w:val="ListNumber"/>
      </w:pPr>
      <w:r>
        <w:rPr>
          <w:b/>
        </w:rPr>
        <w:t xml:space="preserve">📋 Demand planning — </w:t>
      </w:r>
      <w:proofErr w:type="spellStart"/>
      <w:r>
        <w:t>Pregled</w:t>
      </w:r>
      <w:proofErr w:type="spellEnd"/>
      <w:r>
        <w:t xml:space="preserve"> </w:t>
      </w:r>
      <w:proofErr w:type="spellStart"/>
      <w:r>
        <w:t>prognoze</w:t>
      </w:r>
      <w:proofErr w:type="spellEnd"/>
      <w:r>
        <w:t xml:space="preserve"> po SKU-u, </w:t>
      </w:r>
      <w:proofErr w:type="spellStart"/>
      <w:r>
        <w:t>ručna</w:t>
      </w:r>
      <w:proofErr w:type="spellEnd"/>
      <w:r>
        <w:t xml:space="preserve"> </w:t>
      </w:r>
      <w:proofErr w:type="spellStart"/>
      <w:r>
        <w:t>podešavanja</w:t>
      </w:r>
      <w:proofErr w:type="spellEnd"/>
      <w:r>
        <w:t xml:space="preserve"> planer-</w:t>
      </w:r>
      <w:proofErr w:type="spellStart"/>
      <w:r>
        <w:t>faktora</w:t>
      </w:r>
      <w:proofErr w:type="spellEnd"/>
      <w:r>
        <w:t xml:space="preserve"> </w:t>
      </w:r>
      <w:proofErr w:type="spellStart"/>
      <w:r>
        <w:t>gdje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>.</w:t>
      </w:r>
    </w:p>
    <w:p w14:paraId="16BEAC32" w14:textId="77777777" w:rsidR="00A1433D" w:rsidRDefault="00000000">
      <w:pPr>
        <w:pStyle w:val="ListNumber"/>
      </w:pPr>
      <w:r>
        <w:rPr>
          <w:b/>
        </w:rPr>
        <w:t xml:space="preserve">🏪 VP / 🛍️ MP inputs — </w:t>
      </w:r>
      <w:proofErr w:type="spellStart"/>
      <w:r>
        <w:t>Potvrda</w:t>
      </w:r>
      <w:proofErr w:type="spellEnd"/>
      <w:r>
        <w:t xml:space="preserve"> „on-top" </w:t>
      </w:r>
      <w:proofErr w:type="spellStart"/>
      <w:r>
        <w:t>unosa</w:t>
      </w:r>
      <w:proofErr w:type="spellEnd"/>
      <w:r>
        <w:t xml:space="preserve"> od KAM-ova/CM-ova.</w:t>
      </w:r>
    </w:p>
    <w:p w14:paraId="2BE0A7A6" w14:textId="77777777" w:rsidR="00A1433D" w:rsidRDefault="00000000">
      <w:pPr>
        <w:pStyle w:val="ListNumber"/>
      </w:pPr>
      <w:r>
        <w:rPr>
          <w:b/>
        </w:rPr>
        <w:t xml:space="preserve">💰 Revenue / 🎯 Forecast accuracy / 👁️ Top 30 watchlist — </w:t>
      </w:r>
      <w:proofErr w:type="spellStart"/>
      <w:r>
        <w:t>Kontrolne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— </w:t>
      </w:r>
      <w:proofErr w:type="spellStart"/>
      <w:r>
        <w:t>prihod</w:t>
      </w:r>
      <w:proofErr w:type="spellEnd"/>
      <w:r>
        <w:t xml:space="preserve">, MAPE po </w:t>
      </w:r>
      <w:proofErr w:type="spellStart"/>
      <w:r>
        <w:t>tieru</w:t>
      </w:r>
      <w:proofErr w:type="spellEnd"/>
      <w:r>
        <w:t>, SKU-</w:t>
      </w:r>
      <w:proofErr w:type="spellStart"/>
      <w:r>
        <w:t>ovi</w:t>
      </w:r>
      <w:proofErr w:type="spellEnd"/>
      <w:r>
        <w:t xml:space="preserve"> s </w:t>
      </w:r>
      <w:proofErr w:type="spellStart"/>
      <w:r>
        <w:t>najvećom</w:t>
      </w:r>
      <w:proofErr w:type="spellEnd"/>
      <w:r>
        <w:t xml:space="preserve"> </w:t>
      </w:r>
      <w:proofErr w:type="spellStart"/>
      <w:r>
        <w:t>apsolutnom</w:t>
      </w:r>
      <w:proofErr w:type="spellEnd"/>
      <w:r>
        <w:t xml:space="preserve"> </w:t>
      </w:r>
      <w:proofErr w:type="spellStart"/>
      <w:r>
        <w:t>pogreškom</w:t>
      </w:r>
      <w:proofErr w:type="spellEnd"/>
      <w:r>
        <w:t>.</w:t>
      </w:r>
    </w:p>
    <w:p w14:paraId="7EBE65E9" w14:textId="77777777" w:rsidR="0051743A" w:rsidRDefault="0051743A" w:rsidP="0051743A">
      <w:pPr>
        <w:pStyle w:val="ListNumber"/>
        <w:numPr>
          <w:ilvl w:val="0"/>
          <w:numId w:val="0"/>
        </w:numPr>
        <w:ind w:left="360" w:hanging="360"/>
      </w:pPr>
    </w:p>
    <w:p w14:paraId="51E28640" w14:textId="77777777" w:rsidR="0051743A" w:rsidRDefault="0051743A" w:rsidP="0051743A">
      <w:pPr>
        <w:pStyle w:val="ListNumber"/>
        <w:numPr>
          <w:ilvl w:val="0"/>
          <w:numId w:val="0"/>
        </w:numPr>
        <w:ind w:left="360" w:hanging="360"/>
      </w:pPr>
    </w:p>
    <w:p w14:paraId="648C4898" w14:textId="77777777" w:rsidR="00A1433D" w:rsidRDefault="00000000">
      <w:pPr>
        <w:pStyle w:val="Heading1"/>
      </w:pPr>
      <w:proofErr w:type="spellStart"/>
      <w:r>
        <w:lastRenderedPageBreak/>
        <w:t>Utorak</w:t>
      </w:r>
      <w:proofErr w:type="spellEnd"/>
      <w:r>
        <w:t xml:space="preserve"> / </w:t>
      </w:r>
      <w:proofErr w:type="spellStart"/>
      <w:r>
        <w:t>Srijeda</w:t>
      </w:r>
      <w:proofErr w:type="spellEnd"/>
      <w:r>
        <w:t xml:space="preserve"> — Consensus plan</w:t>
      </w:r>
    </w:p>
    <w:p w14:paraId="74C9DF62" w14:textId="77777777" w:rsidR="00A1433D" w:rsidRDefault="00000000">
      <w:r>
        <w:t xml:space="preserve">🤝 Consensus plan → </w:t>
      </w:r>
      <w:proofErr w:type="spellStart"/>
      <w:r>
        <w:t>spremanje</w:t>
      </w:r>
      <w:proofErr w:type="spellEnd"/>
      <w:r>
        <w:t xml:space="preserve"> </w:t>
      </w:r>
      <w:proofErr w:type="spellStart"/>
      <w:r>
        <w:t>snapshota</w:t>
      </w:r>
      <w:proofErr w:type="spellEnd"/>
      <w:r>
        <w:t xml:space="preserve">. Ova </w:t>
      </w:r>
      <w:proofErr w:type="spellStart"/>
      <w:r>
        <w:t>akcija</w:t>
      </w:r>
      <w:proofErr w:type="spellEnd"/>
      <w:r>
        <w:t xml:space="preserve"> </w:t>
      </w:r>
      <w:proofErr w:type="spellStart"/>
      <w:r>
        <w:t>automatski</w:t>
      </w:r>
      <w:proofErr w:type="spellEnd"/>
      <w:r>
        <w:t xml:space="preserve"> </w:t>
      </w:r>
      <w:proofErr w:type="spellStart"/>
      <w:r>
        <w:t>zapisuje</w:t>
      </w:r>
      <w:proofErr w:type="spellEnd"/>
      <w:r>
        <w:t xml:space="preserve"> forecast_for_supply.csv, </w:t>
      </w:r>
      <w:proofErr w:type="spellStart"/>
      <w:r>
        <w:t>datoteku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povezuje</w:t>
      </w:r>
      <w:proofErr w:type="spellEnd"/>
      <w:r>
        <w:t xml:space="preserve"> Demand </w:t>
      </w:r>
      <w:proofErr w:type="spellStart"/>
      <w:r>
        <w:t>i</w:t>
      </w:r>
      <w:proofErr w:type="spellEnd"/>
      <w:r>
        <w:t xml:space="preserve"> Supply module.</w:t>
      </w:r>
    </w:p>
    <w:p w14:paraId="7F8BAF94" w14:textId="039BEAF1" w:rsidR="00A1433D" w:rsidRDefault="00CC695B">
      <w:pPr>
        <w:pStyle w:val="Heading1"/>
      </w:pPr>
      <w:proofErr w:type="spellStart"/>
      <w:r>
        <w:t>Srijeda</w:t>
      </w:r>
      <w:proofErr w:type="spellEnd"/>
      <w:r>
        <w:t xml:space="preserve"> — Supply </w:t>
      </w:r>
      <w:proofErr w:type="spellStart"/>
      <w:r>
        <w:t>modul</w:t>
      </w:r>
      <w:proofErr w:type="spellEnd"/>
      <w:r>
        <w:t xml:space="preserve"> – </w:t>
      </w:r>
      <w:proofErr w:type="spellStart"/>
      <w:r>
        <w:t>buduće</w:t>
      </w:r>
      <w:proofErr w:type="spellEnd"/>
      <w:r>
        <w:t xml:space="preserve"> </w:t>
      </w:r>
      <w:proofErr w:type="spellStart"/>
      <w:r>
        <w:t>korištenje</w:t>
      </w:r>
      <w:proofErr w:type="spellEnd"/>
      <w:r>
        <w:t xml:space="preserve"> za </w:t>
      </w:r>
      <w:proofErr w:type="spellStart"/>
      <w:r>
        <w:t>naručivanje</w:t>
      </w:r>
      <w:proofErr w:type="spellEnd"/>
    </w:p>
    <w:p w14:paraId="2CDBC012" w14:textId="77777777" w:rsidR="00A1433D" w:rsidRDefault="00000000">
      <w:pPr>
        <w:pStyle w:val="ListBullet"/>
      </w:pPr>
      <w:r>
        <w:rPr>
          <w:b/>
        </w:rPr>
        <w:t xml:space="preserve">📤 Upload — </w:t>
      </w:r>
      <w:proofErr w:type="spellStart"/>
      <w:r>
        <w:t>Svježe</w:t>
      </w:r>
      <w:proofErr w:type="spellEnd"/>
      <w:r>
        <w:t xml:space="preserve"> </w:t>
      </w:r>
      <w:proofErr w:type="spellStart"/>
      <w:r>
        <w:t>stanje</w:t>
      </w:r>
      <w:proofErr w:type="spellEnd"/>
      <w:r>
        <w:t>: stock.csv (</w:t>
      </w:r>
      <w:proofErr w:type="spellStart"/>
      <w:r>
        <w:t>zalihe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skladištu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incoming_supply.csv (</w:t>
      </w:r>
      <w:proofErr w:type="spellStart"/>
      <w:r>
        <w:t>narudžbe</w:t>
      </w:r>
      <w:proofErr w:type="spellEnd"/>
      <w:r>
        <w:t xml:space="preserve"> u </w:t>
      </w:r>
      <w:proofErr w:type="spellStart"/>
      <w:r>
        <w:t>dolasku</w:t>
      </w:r>
      <w:proofErr w:type="spellEnd"/>
      <w:r>
        <w:t xml:space="preserve"> po </w:t>
      </w:r>
      <w:proofErr w:type="spellStart"/>
      <w:r>
        <w:t>tjednima</w:t>
      </w:r>
      <w:proofErr w:type="spellEnd"/>
      <w:r>
        <w:t>).</w:t>
      </w:r>
    </w:p>
    <w:p w14:paraId="05643D65" w14:textId="77777777" w:rsidR="00A1433D" w:rsidRDefault="00000000">
      <w:pPr>
        <w:pStyle w:val="ListBullet"/>
      </w:pPr>
      <w:r>
        <w:rPr>
          <w:b/>
        </w:rPr>
        <w:t xml:space="preserve">📋 Coverage table — </w:t>
      </w:r>
      <w:proofErr w:type="spellStart"/>
      <w:r>
        <w:t>Pokrivenost</w:t>
      </w:r>
      <w:proofErr w:type="spellEnd"/>
      <w:r>
        <w:t xml:space="preserve"> po </w:t>
      </w:r>
      <w:proofErr w:type="spellStart"/>
      <w:r>
        <w:t>tjednu</w:t>
      </w:r>
      <w:proofErr w:type="spellEnd"/>
      <w:r>
        <w:t xml:space="preserve"> — on-hand + incoming vs. </w:t>
      </w:r>
      <w:proofErr w:type="spellStart"/>
      <w:r>
        <w:t>potražnja</w:t>
      </w:r>
      <w:proofErr w:type="spellEnd"/>
      <w:r>
        <w:t xml:space="preserve">. </w:t>
      </w:r>
      <w:proofErr w:type="spellStart"/>
      <w:r>
        <w:t>Pokazuje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zaliha</w:t>
      </w:r>
      <w:proofErr w:type="spellEnd"/>
      <w:r>
        <w:t xml:space="preserve"> „</w:t>
      </w:r>
      <w:proofErr w:type="spellStart"/>
      <w:r>
        <w:t>spojiti</w:t>
      </w:r>
      <w:proofErr w:type="spellEnd"/>
      <w:r>
        <w:t>".</w:t>
      </w:r>
    </w:p>
    <w:p w14:paraId="719410C6" w14:textId="77777777" w:rsidR="00A1433D" w:rsidRDefault="00000000">
      <w:pPr>
        <w:pStyle w:val="ListBullet"/>
      </w:pPr>
      <w:r>
        <w:rPr>
          <w:b/>
        </w:rPr>
        <w:t xml:space="preserve">🚨 Reorder alerts — </w:t>
      </w:r>
      <w:proofErr w:type="spellStart"/>
      <w:r>
        <w:t>Popis</w:t>
      </w:r>
      <w:proofErr w:type="spellEnd"/>
      <w:r>
        <w:t xml:space="preserve"> SKU-ova </w:t>
      </w:r>
      <w:proofErr w:type="spellStart"/>
      <w:r>
        <w:t>ispod</w:t>
      </w:r>
      <w:proofErr w:type="spellEnd"/>
      <w:r>
        <w:t xml:space="preserve"> reorder </w:t>
      </w:r>
      <w:proofErr w:type="spellStart"/>
      <w:r>
        <w:t>pointa</w:t>
      </w:r>
      <w:proofErr w:type="spellEnd"/>
      <w:r>
        <w:t xml:space="preserve"> — </w:t>
      </w:r>
      <w:proofErr w:type="spellStart"/>
      <w:r>
        <w:t>potrebna</w:t>
      </w:r>
      <w:proofErr w:type="spellEnd"/>
      <w:r>
        <w:t xml:space="preserve"> nova </w:t>
      </w:r>
      <w:proofErr w:type="spellStart"/>
      <w:r>
        <w:t>narudžba</w:t>
      </w:r>
      <w:proofErr w:type="spellEnd"/>
      <w:r>
        <w:t>.</w:t>
      </w:r>
    </w:p>
    <w:p w14:paraId="585467E6" w14:textId="77777777" w:rsidR="00A1433D" w:rsidRDefault="00000000">
      <w:pPr>
        <w:pStyle w:val="ListBullet"/>
      </w:pPr>
      <w:r>
        <w:rPr>
          <w:b/>
        </w:rPr>
        <w:t xml:space="preserve">🏥 Inventory health — </w:t>
      </w:r>
      <w:r>
        <w:t xml:space="preserve">Cashflow snapshot. </w:t>
      </w:r>
      <w:proofErr w:type="spellStart"/>
      <w:r>
        <w:t>Pokrivenost</w:t>
      </w:r>
      <w:proofErr w:type="spellEnd"/>
      <w:r>
        <w:t xml:space="preserve"> &gt; 1.5 × </w:t>
      </w:r>
      <w:proofErr w:type="spellStart"/>
      <w:r>
        <w:t>lead_time</w:t>
      </w:r>
      <w:proofErr w:type="spellEnd"/>
      <w:r>
        <w:t xml:space="preserve"> + </w:t>
      </w:r>
      <w:proofErr w:type="spellStart"/>
      <w:r>
        <w:t>safety_weeks</w:t>
      </w:r>
      <w:proofErr w:type="spellEnd"/>
      <w:r>
        <w:t xml:space="preserve"> = overstock (ne </w:t>
      </w:r>
      <w:proofErr w:type="spellStart"/>
      <w:r>
        <w:t>naručivati</w:t>
      </w:r>
      <w:proofErr w:type="spellEnd"/>
      <w:r>
        <w:t xml:space="preserve">). </w:t>
      </w:r>
      <w:proofErr w:type="gramStart"/>
      <w:r>
        <w:t>On-hand</w:t>
      </w:r>
      <w:proofErr w:type="gramEnd"/>
      <w:r>
        <w:t xml:space="preserve"> </w:t>
      </w:r>
      <w:proofErr w:type="spellStart"/>
      <w:r>
        <w:t>ispod</w:t>
      </w:r>
      <w:proofErr w:type="spellEnd"/>
      <w:r>
        <w:t xml:space="preserve"> safety </w:t>
      </w:r>
      <w:proofErr w:type="spellStart"/>
      <w:r>
        <w:t>buffera</w:t>
      </w:r>
      <w:proofErr w:type="spellEnd"/>
      <w:r>
        <w:t xml:space="preserve"> = stockout risk. </w:t>
      </w:r>
      <w:proofErr w:type="spellStart"/>
      <w:r>
        <w:t>Inače</w:t>
      </w:r>
      <w:proofErr w:type="spellEnd"/>
      <w:r>
        <w:t xml:space="preserve"> balanced. </w:t>
      </w:r>
      <w:proofErr w:type="spellStart"/>
      <w:r>
        <w:t>Vrednuje</w:t>
      </w:r>
      <w:proofErr w:type="spellEnd"/>
      <w:r>
        <w:t xml:space="preserve"> overstock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nabavnu</w:t>
      </w:r>
      <w:proofErr w:type="spellEnd"/>
      <w:r>
        <w:t xml:space="preserve"> </w:t>
      </w:r>
      <w:proofErr w:type="spellStart"/>
      <w:r>
        <w:t>cijenu</w:t>
      </w:r>
      <w:proofErr w:type="spellEnd"/>
      <w:r>
        <w:t>.</w:t>
      </w:r>
    </w:p>
    <w:p w14:paraId="3922D904" w14:textId="2BE18C19" w:rsidR="00A1433D" w:rsidRDefault="00000000">
      <w:pPr>
        <w:pStyle w:val="ListBullet"/>
      </w:pPr>
      <w:r>
        <w:rPr>
          <w:b/>
        </w:rPr>
        <w:t>✏️ Order entry —</w:t>
      </w:r>
      <w:r w:rsidR="00394F81">
        <w:t xml:space="preserve"> </w:t>
      </w:r>
      <w:proofErr w:type="spellStart"/>
      <w:r w:rsidR="00394F81">
        <w:t>Upisivanje</w:t>
      </w:r>
      <w:proofErr w:type="spellEnd"/>
      <w:r w:rsidR="00394F81">
        <w:t xml:space="preserve"> </w:t>
      </w:r>
      <w:proofErr w:type="spellStart"/>
      <w:r w:rsidR="00394F81">
        <w:t>naručene</w:t>
      </w:r>
      <w:proofErr w:type="spellEnd"/>
      <w:r w:rsidR="00394F81">
        <w:t xml:space="preserve"> robe, </w:t>
      </w:r>
      <w:proofErr w:type="spellStart"/>
      <w:r w:rsidR="00394F81">
        <w:t>kako</w:t>
      </w:r>
      <w:proofErr w:type="spellEnd"/>
      <w:r w:rsidR="00394F81">
        <w:t xml:space="preserve"> bi </w:t>
      </w:r>
      <w:proofErr w:type="spellStart"/>
      <w:r w:rsidR="00394F81">
        <w:t>imali</w:t>
      </w:r>
      <w:proofErr w:type="spellEnd"/>
      <w:r w:rsidR="00394F81">
        <w:t xml:space="preserve"> </w:t>
      </w:r>
      <w:proofErr w:type="spellStart"/>
      <w:r w:rsidR="00394F81">
        <w:t>točan</w:t>
      </w:r>
      <w:proofErr w:type="spellEnd"/>
      <w:r w:rsidR="00394F81">
        <w:t xml:space="preserve"> incoming supply</w:t>
      </w:r>
    </w:p>
    <w:p w14:paraId="08EC4EF7" w14:textId="4A395658" w:rsidR="00A1433D" w:rsidRDefault="00000000">
      <w:pPr>
        <w:pStyle w:val="Heading1"/>
      </w:pPr>
      <w:proofErr w:type="spellStart"/>
      <w:r>
        <w:t>Četvrtak</w:t>
      </w:r>
      <w:proofErr w:type="spellEnd"/>
      <w:r>
        <w:t xml:space="preserve"> — S&amp;O</w:t>
      </w:r>
      <w:r w:rsidR="0051743A">
        <w:t>E</w:t>
      </w:r>
    </w:p>
    <w:p w14:paraId="6C9E0B68" w14:textId="53B6E425" w:rsidR="00A1433D" w:rsidRDefault="00000000">
      <w:r>
        <w:t>📑 S&amp;O</w:t>
      </w:r>
      <w:r w:rsidR="0051743A">
        <w:t>E</w:t>
      </w:r>
      <w:r>
        <w:t xml:space="preserve"> meeting </w:t>
      </w:r>
      <w:r w:rsidR="0051743A">
        <w:t xml:space="preserve">/ </w:t>
      </w:r>
      <w:proofErr w:type="gramStart"/>
      <w:r w:rsidR="0051743A">
        <w:t>pre S</w:t>
      </w:r>
      <w:proofErr w:type="gramEnd"/>
      <w:r w:rsidR="0051743A">
        <w:t>&amp;OP</w:t>
      </w:r>
    </w:p>
    <w:p w14:paraId="06287F09" w14:textId="77777777" w:rsidR="00A1433D" w:rsidRDefault="00000000">
      <w:pPr>
        <w:pStyle w:val="Heading1"/>
      </w:pPr>
      <w:r>
        <w:t xml:space="preserve">Petak — </w:t>
      </w:r>
      <w:proofErr w:type="spellStart"/>
      <w:r>
        <w:t>Zatvaranje</w:t>
      </w:r>
      <w:proofErr w:type="spellEnd"/>
      <w:r>
        <w:t xml:space="preserve"> </w:t>
      </w:r>
      <w:proofErr w:type="spellStart"/>
      <w:r>
        <w:t>ciklusa</w:t>
      </w:r>
      <w:proofErr w:type="spellEnd"/>
    </w:p>
    <w:p w14:paraId="7F222082" w14:textId="68D0F69F" w:rsidR="00A1433D" w:rsidRDefault="00000000" w:rsidP="004300D5">
      <w:r>
        <w:t xml:space="preserve">Novi Slack </w:t>
      </w:r>
      <w:proofErr w:type="spellStart"/>
      <w:r>
        <w:t>ciklus</w:t>
      </w:r>
      <w:proofErr w:type="spellEnd"/>
      <w:r>
        <w:t xml:space="preserve"> za </w:t>
      </w:r>
      <w:proofErr w:type="spellStart"/>
      <w:r>
        <w:t>idući</w:t>
      </w:r>
      <w:proofErr w:type="spellEnd"/>
      <w:r>
        <w:t xml:space="preserve"> </w:t>
      </w:r>
      <w:proofErr w:type="spellStart"/>
      <w:r>
        <w:t>tjedan</w:t>
      </w:r>
      <w:proofErr w:type="spellEnd"/>
      <w:r>
        <w:t xml:space="preserve">. </w:t>
      </w:r>
      <w:proofErr w:type="spellStart"/>
      <w:r>
        <w:t>Vraćamo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početak</w:t>
      </w:r>
      <w:proofErr w:type="spellEnd"/>
      <w:r>
        <w:t>.</w:t>
      </w:r>
      <w:r w:rsidR="004300D5">
        <w:t xml:space="preserve"> </w:t>
      </w:r>
      <w:proofErr w:type="spellStart"/>
      <w:r>
        <w:t>Postavke</w:t>
      </w:r>
      <w:proofErr w:type="spellEnd"/>
      <w:r>
        <w:t xml:space="preserve"> (po </w:t>
      </w:r>
      <w:proofErr w:type="spellStart"/>
      <w:r>
        <w:t>potrebi</w:t>
      </w:r>
      <w:proofErr w:type="spellEnd"/>
      <w:r>
        <w:t xml:space="preserve">, ne </w:t>
      </w:r>
      <w:proofErr w:type="spellStart"/>
      <w:r>
        <w:t>tjedno</w:t>
      </w:r>
      <w:proofErr w:type="spellEnd"/>
      <w:r>
        <w:t>)</w:t>
      </w:r>
    </w:p>
    <w:p w14:paraId="5B460CE4" w14:textId="77777777" w:rsidR="00A1433D" w:rsidRDefault="00000000">
      <w:pPr>
        <w:pStyle w:val="ListBullet"/>
      </w:pPr>
      <w:r>
        <w:rPr>
          <w:rFonts w:ascii="Segoe UI Emoji" w:hAnsi="Segoe UI Emoji" w:cs="Segoe UI Emoji"/>
        </w:rPr>
        <w:t>🔧</w:t>
      </w:r>
      <w:r>
        <w:t xml:space="preserve"> SKU list — </w:t>
      </w:r>
      <w:proofErr w:type="spellStart"/>
      <w:r>
        <w:t>aktivacija</w:t>
      </w:r>
      <w:proofErr w:type="spellEnd"/>
      <w:r>
        <w:t>/</w:t>
      </w:r>
      <w:proofErr w:type="spellStart"/>
      <w:r>
        <w:t>deaktivacija</w:t>
      </w:r>
      <w:proofErr w:type="spellEnd"/>
      <w:r>
        <w:t xml:space="preserve"> SKU-ova, </w:t>
      </w:r>
      <w:proofErr w:type="spellStart"/>
      <w:r>
        <w:t>promjena</w:t>
      </w:r>
      <w:proofErr w:type="spellEnd"/>
      <w:r>
        <w:t xml:space="preserve"> ABC </w:t>
      </w:r>
      <w:proofErr w:type="spellStart"/>
      <w:r>
        <w:t>tiera</w:t>
      </w:r>
      <w:proofErr w:type="spellEnd"/>
      <w:r>
        <w:t>.</w:t>
      </w:r>
    </w:p>
    <w:p w14:paraId="296975CC" w14:textId="77777777" w:rsidR="00A1433D" w:rsidRDefault="00000000">
      <w:pPr>
        <w:pStyle w:val="ListBullet"/>
      </w:pPr>
      <w:r>
        <w:t xml:space="preserve">📅 ERP promos — </w:t>
      </w:r>
      <w:proofErr w:type="spellStart"/>
      <w:r>
        <w:t>uvoz</w:t>
      </w:r>
      <w:proofErr w:type="spellEnd"/>
      <w:r>
        <w:t xml:space="preserve"> ground-truth </w:t>
      </w:r>
      <w:proofErr w:type="spellStart"/>
      <w:r>
        <w:t>promotivnog</w:t>
      </w:r>
      <w:proofErr w:type="spellEnd"/>
      <w:r>
        <w:t xml:space="preserve"> </w:t>
      </w:r>
      <w:proofErr w:type="spellStart"/>
      <w:r>
        <w:t>kalendara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ERP-a.</w:t>
      </w:r>
    </w:p>
    <w:p w14:paraId="4DD8ED53" w14:textId="77777777" w:rsidR="00A1433D" w:rsidRDefault="00000000">
      <w:pPr>
        <w:pStyle w:val="ListBullet"/>
      </w:pPr>
      <w:r>
        <w:t xml:space="preserve">📦 MOQ — </w:t>
      </w:r>
      <w:proofErr w:type="spellStart"/>
      <w:r>
        <w:t>minimalne</w:t>
      </w:r>
      <w:proofErr w:type="spellEnd"/>
      <w:r>
        <w:t xml:space="preserve"> </w:t>
      </w:r>
      <w:proofErr w:type="spellStart"/>
      <w:r>
        <w:t>količine</w:t>
      </w:r>
      <w:proofErr w:type="spellEnd"/>
      <w:r>
        <w:t xml:space="preserve"> po SKU-u.</w:t>
      </w:r>
    </w:p>
    <w:p w14:paraId="1615574E" w14:textId="77777777" w:rsidR="00A1433D" w:rsidRDefault="00000000">
      <w:pPr>
        <w:pStyle w:val="ListBullet"/>
      </w:pPr>
      <w:r>
        <w:t xml:space="preserve">🚚 Logistics — </w:t>
      </w:r>
      <w:proofErr w:type="spellStart"/>
      <w:r>
        <w:t>pakiranja</w:t>
      </w:r>
      <w:proofErr w:type="spellEnd"/>
      <w:r>
        <w:t xml:space="preserve">, </w:t>
      </w:r>
      <w:proofErr w:type="spellStart"/>
      <w:r>
        <w:t>palete</w:t>
      </w:r>
      <w:proofErr w:type="spellEnd"/>
      <w:r>
        <w:t>, transport.</w:t>
      </w:r>
    </w:p>
    <w:p w14:paraId="4BC3101F" w14:textId="77777777" w:rsidR="00A1433D" w:rsidRDefault="00000000">
      <w:pPr>
        <w:pStyle w:val="ListBullet"/>
      </w:pPr>
      <w:r>
        <w:t xml:space="preserve">💶 Cost prices — </w:t>
      </w:r>
      <w:proofErr w:type="spellStart"/>
      <w:r>
        <w:t>nabavne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 (za overstock u EUR).</w:t>
      </w:r>
    </w:p>
    <w:p w14:paraId="154E455D" w14:textId="77777777" w:rsidR="00A1433D" w:rsidRDefault="00000000">
      <w:pPr>
        <w:pStyle w:val="ListBullet"/>
      </w:pPr>
      <w:r>
        <w:t xml:space="preserve">⚙️ Safety stock params — </w:t>
      </w:r>
      <w:proofErr w:type="spellStart"/>
      <w:r>
        <w:t>parametri</w:t>
      </w:r>
      <w:proofErr w:type="spellEnd"/>
      <w:r>
        <w:t xml:space="preserve"> </w:t>
      </w:r>
      <w:proofErr w:type="spellStart"/>
      <w:r>
        <w:t>sigurnosne</w:t>
      </w:r>
      <w:proofErr w:type="spellEnd"/>
      <w:r>
        <w:t xml:space="preserve"> </w:t>
      </w:r>
      <w:proofErr w:type="spellStart"/>
      <w:r>
        <w:t>zalihe</w:t>
      </w:r>
      <w:proofErr w:type="spellEnd"/>
      <w:r>
        <w:t xml:space="preserve"> po </w:t>
      </w:r>
      <w:proofErr w:type="spellStart"/>
      <w:r>
        <w:t>tieru</w:t>
      </w:r>
      <w:proofErr w:type="spellEnd"/>
      <w:r>
        <w:t>.</w:t>
      </w:r>
    </w:p>
    <w:p w14:paraId="0C2988DF" w14:textId="77777777" w:rsidR="0051743A" w:rsidRDefault="0051743A" w:rsidP="0051743A">
      <w:pPr>
        <w:pStyle w:val="ListBullet"/>
        <w:numPr>
          <w:ilvl w:val="0"/>
          <w:numId w:val="0"/>
        </w:numPr>
        <w:ind w:left="360" w:hanging="360"/>
      </w:pPr>
    </w:p>
    <w:p w14:paraId="002A68AA" w14:textId="77777777" w:rsidR="0051743A" w:rsidRDefault="0051743A" w:rsidP="0051743A">
      <w:pPr>
        <w:pStyle w:val="ListBullet"/>
        <w:numPr>
          <w:ilvl w:val="0"/>
          <w:numId w:val="0"/>
        </w:numPr>
        <w:ind w:left="360" w:hanging="360"/>
      </w:pPr>
    </w:p>
    <w:p w14:paraId="2C3F9EC1" w14:textId="77777777" w:rsidR="0051743A" w:rsidRDefault="0051743A" w:rsidP="0051743A">
      <w:pPr>
        <w:pStyle w:val="ListBullet"/>
        <w:numPr>
          <w:ilvl w:val="0"/>
          <w:numId w:val="0"/>
        </w:numPr>
        <w:ind w:left="360" w:hanging="360"/>
      </w:pPr>
    </w:p>
    <w:p w14:paraId="422F9897" w14:textId="77777777" w:rsidR="0051743A" w:rsidRDefault="0051743A" w:rsidP="0051743A">
      <w:pPr>
        <w:pStyle w:val="ListBullet"/>
        <w:numPr>
          <w:ilvl w:val="0"/>
          <w:numId w:val="0"/>
        </w:numPr>
        <w:ind w:left="360" w:hanging="360"/>
      </w:pPr>
    </w:p>
    <w:p w14:paraId="3F9A52DE" w14:textId="77777777" w:rsidR="0051743A" w:rsidRDefault="0051743A" w:rsidP="0051743A">
      <w:pPr>
        <w:pStyle w:val="ListBullet"/>
        <w:numPr>
          <w:ilvl w:val="0"/>
          <w:numId w:val="0"/>
        </w:numPr>
        <w:ind w:left="360" w:hanging="360"/>
      </w:pPr>
    </w:p>
    <w:p w14:paraId="60EECABC" w14:textId="77777777" w:rsidR="0051743A" w:rsidRDefault="0051743A" w:rsidP="0051743A">
      <w:pPr>
        <w:pStyle w:val="ListBullet"/>
        <w:numPr>
          <w:ilvl w:val="0"/>
          <w:numId w:val="0"/>
        </w:numPr>
        <w:ind w:left="360" w:hanging="360"/>
      </w:pPr>
    </w:p>
    <w:p w14:paraId="2EC07E44" w14:textId="77777777" w:rsidR="0051743A" w:rsidRDefault="0051743A" w:rsidP="0051743A">
      <w:pPr>
        <w:pStyle w:val="ListBullet"/>
        <w:numPr>
          <w:ilvl w:val="0"/>
          <w:numId w:val="0"/>
        </w:numPr>
        <w:ind w:left="360" w:hanging="360"/>
      </w:pPr>
    </w:p>
    <w:p w14:paraId="2E0EE53E" w14:textId="77777777" w:rsidR="0051743A" w:rsidRDefault="0051743A" w:rsidP="0051743A">
      <w:pPr>
        <w:pStyle w:val="ListBullet"/>
        <w:numPr>
          <w:ilvl w:val="0"/>
          <w:numId w:val="0"/>
        </w:numPr>
        <w:ind w:left="360" w:hanging="360"/>
      </w:pPr>
    </w:p>
    <w:p w14:paraId="76C7BAED" w14:textId="77777777" w:rsidR="00A1433D" w:rsidRDefault="00000000">
      <w:pPr>
        <w:pStyle w:val="Heading1"/>
      </w:pPr>
      <w:proofErr w:type="spellStart"/>
      <w:r>
        <w:lastRenderedPageBreak/>
        <w:t>Sažetak</w:t>
      </w:r>
      <w:proofErr w:type="spellEnd"/>
      <w:r>
        <w:t xml:space="preserve"> </w:t>
      </w:r>
      <w:proofErr w:type="spellStart"/>
      <w:r>
        <w:t>tjednog</w:t>
      </w:r>
      <w:proofErr w:type="spellEnd"/>
      <w:r>
        <w:t xml:space="preserve"> </w:t>
      </w:r>
      <w:proofErr w:type="spellStart"/>
      <w:r>
        <w:t>ritma</w:t>
      </w:r>
      <w:proofErr w:type="spellEnd"/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1433D" w14:paraId="09ABDAD4" w14:textId="77777777" w:rsidTr="00A143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75B1480" w14:textId="77777777" w:rsidR="00A1433D" w:rsidRDefault="00000000">
            <w:r>
              <w:t>Dan</w:t>
            </w:r>
          </w:p>
        </w:tc>
        <w:tc>
          <w:tcPr>
            <w:tcW w:w="4320" w:type="dxa"/>
          </w:tcPr>
          <w:p w14:paraId="2C2E5CD3" w14:textId="77777777" w:rsidR="00A1433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Ključna</w:t>
            </w:r>
            <w:proofErr w:type="spellEnd"/>
            <w:r>
              <w:t xml:space="preserve"> </w:t>
            </w:r>
            <w:proofErr w:type="spellStart"/>
            <w:r>
              <w:t>aktivnost</w:t>
            </w:r>
            <w:proofErr w:type="spellEnd"/>
          </w:p>
        </w:tc>
      </w:tr>
      <w:tr w:rsidR="00A1433D" w14:paraId="6370B7E7" w14:textId="77777777" w:rsidTr="00A14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0F6B821" w14:textId="77777777" w:rsidR="00A1433D" w:rsidRDefault="00000000">
            <w:r>
              <w:t>Petak (</w:t>
            </w:r>
            <w:proofErr w:type="spellStart"/>
            <w:r>
              <w:t>prethodni</w:t>
            </w:r>
            <w:proofErr w:type="spellEnd"/>
            <w:r>
              <w:t>)</w:t>
            </w:r>
          </w:p>
        </w:tc>
        <w:tc>
          <w:tcPr>
            <w:tcW w:w="4320" w:type="dxa"/>
          </w:tcPr>
          <w:p w14:paraId="34029DE9" w14:textId="77777777" w:rsidR="00A1433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Distribucija</w:t>
            </w:r>
            <w:proofErr w:type="spellEnd"/>
            <w:r>
              <w:t xml:space="preserve"> Slack </w:t>
            </w:r>
            <w:proofErr w:type="spellStart"/>
            <w:r>
              <w:t>predložaka</w:t>
            </w:r>
            <w:proofErr w:type="spellEnd"/>
          </w:p>
        </w:tc>
      </w:tr>
      <w:tr w:rsidR="00A1433D" w14:paraId="5F43E4B3" w14:textId="77777777" w:rsidTr="00A143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64C04F6" w14:textId="77777777" w:rsidR="00A1433D" w:rsidRDefault="00000000">
            <w:proofErr w:type="spellStart"/>
            <w:r>
              <w:t>Ponedjeljak</w:t>
            </w:r>
            <w:proofErr w:type="spellEnd"/>
            <w:r>
              <w:t xml:space="preserve"> 09:00</w:t>
            </w:r>
          </w:p>
        </w:tc>
        <w:tc>
          <w:tcPr>
            <w:tcW w:w="4320" w:type="dxa"/>
          </w:tcPr>
          <w:p w14:paraId="5D674EB9" w14:textId="77777777" w:rsidR="00A1433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>
              <w:t>Podsjetnici</w:t>
            </w:r>
            <w:proofErr w:type="spellEnd"/>
          </w:p>
        </w:tc>
      </w:tr>
      <w:tr w:rsidR="00A1433D" w14:paraId="262BFD13" w14:textId="77777777" w:rsidTr="00A14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AA98A88" w14:textId="77777777" w:rsidR="00A1433D" w:rsidRDefault="00000000">
            <w:proofErr w:type="spellStart"/>
            <w:r>
              <w:t>Ponedjeljak</w:t>
            </w:r>
            <w:proofErr w:type="spellEnd"/>
            <w:r>
              <w:t xml:space="preserve"> 17:00</w:t>
            </w:r>
          </w:p>
        </w:tc>
        <w:tc>
          <w:tcPr>
            <w:tcW w:w="4320" w:type="dxa"/>
          </w:tcPr>
          <w:p w14:paraId="653465A3" w14:textId="77777777" w:rsidR="00A1433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Prikupljanje</w:t>
            </w:r>
            <w:proofErr w:type="spellEnd"/>
            <w:r>
              <w:t xml:space="preserve"> + </w:t>
            </w:r>
            <w:proofErr w:type="spellStart"/>
            <w:r>
              <w:t>objedinjavanje</w:t>
            </w:r>
            <w:proofErr w:type="spellEnd"/>
          </w:p>
        </w:tc>
      </w:tr>
      <w:tr w:rsidR="00A1433D" w14:paraId="67570175" w14:textId="77777777" w:rsidTr="00A143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0989A19" w14:textId="5D8994CF" w:rsidR="00A1433D" w:rsidRDefault="00000000">
            <w:proofErr w:type="spellStart"/>
            <w:r>
              <w:t>Pon</w:t>
            </w:r>
            <w:r w:rsidR="0051743A">
              <w:t>edjeljak</w:t>
            </w:r>
            <w:proofErr w:type="spellEnd"/>
            <w:r w:rsidR="0051743A">
              <w:t xml:space="preserve"> / </w:t>
            </w:r>
            <w:proofErr w:type="spellStart"/>
            <w:r w:rsidR="0051743A">
              <w:t>Utorak</w:t>
            </w:r>
            <w:proofErr w:type="spellEnd"/>
          </w:p>
        </w:tc>
        <w:tc>
          <w:tcPr>
            <w:tcW w:w="4320" w:type="dxa"/>
          </w:tcPr>
          <w:p w14:paraId="795C5C8A" w14:textId="77777777" w:rsidR="00A1433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Update sales → Run forecast → Demand planning</w:t>
            </w:r>
          </w:p>
        </w:tc>
      </w:tr>
      <w:tr w:rsidR="00A1433D" w14:paraId="22000904" w14:textId="77777777" w:rsidTr="00A14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FDFDD78" w14:textId="77777777" w:rsidR="00A1433D" w:rsidRDefault="00000000">
            <w:proofErr w:type="spellStart"/>
            <w:r>
              <w:t>Utorak</w:t>
            </w:r>
            <w:proofErr w:type="spellEnd"/>
            <w:r>
              <w:t xml:space="preserve"> / </w:t>
            </w:r>
            <w:proofErr w:type="spellStart"/>
            <w:r>
              <w:t>Srijeda</w:t>
            </w:r>
            <w:proofErr w:type="spellEnd"/>
          </w:p>
        </w:tc>
        <w:tc>
          <w:tcPr>
            <w:tcW w:w="4320" w:type="dxa"/>
          </w:tcPr>
          <w:p w14:paraId="1A3FF0A7" w14:textId="77777777" w:rsidR="00A1433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Consensus plan → forecast_for_supply.csv</w:t>
            </w:r>
          </w:p>
        </w:tc>
      </w:tr>
      <w:tr w:rsidR="00A1433D" w14:paraId="7669C9EF" w14:textId="77777777" w:rsidTr="00A143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666A9D4" w14:textId="77777777" w:rsidR="00A1433D" w:rsidRDefault="00000000">
            <w:proofErr w:type="spellStart"/>
            <w:r>
              <w:t>Srijeda</w:t>
            </w:r>
            <w:proofErr w:type="spellEnd"/>
          </w:p>
        </w:tc>
        <w:tc>
          <w:tcPr>
            <w:tcW w:w="4320" w:type="dxa"/>
          </w:tcPr>
          <w:p w14:paraId="5B8E1FE0" w14:textId="77777777" w:rsidR="00A1433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Supply: upload, coverage, alerts, inventory health, order entry</w:t>
            </w:r>
          </w:p>
        </w:tc>
      </w:tr>
      <w:tr w:rsidR="00A1433D" w14:paraId="25F985B3" w14:textId="77777777" w:rsidTr="00A14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374D5CD" w14:textId="77777777" w:rsidR="00A1433D" w:rsidRDefault="00000000">
            <w:proofErr w:type="spellStart"/>
            <w:r>
              <w:t>Četvrtak</w:t>
            </w:r>
            <w:proofErr w:type="spellEnd"/>
          </w:p>
        </w:tc>
        <w:tc>
          <w:tcPr>
            <w:tcW w:w="4320" w:type="dxa"/>
          </w:tcPr>
          <w:p w14:paraId="443AFC9A" w14:textId="79CC467A" w:rsidR="00A1433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S&amp;O</w:t>
            </w:r>
            <w:r w:rsidR="0051743A">
              <w:t>E</w:t>
            </w:r>
            <w:r>
              <w:t xml:space="preserve"> meeting + download</w:t>
            </w:r>
          </w:p>
        </w:tc>
      </w:tr>
      <w:tr w:rsidR="00A1433D" w14:paraId="544274C4" w14:textId="77777777" w:rsidTr="00A143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08AF120" w14:textId="77777777" w:rsidR="00A1433D" w:rsidRDefault="00000000">
            <w:r>
              <w:t>Petak</w:t>
            </w:r>
          </w:p>
        </w:tc>
        <w:tc>
          <w:tcPr>
            <w:tcW w:w="4320" w:type="dxa"/>
          </w:tcPr>
          <w:p w14:paraId="1D51554F" w14:textId="692FE61A" w:rsidR="00A1433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Novi </w:t>
            </w:r>
            <w:proofErr w:type="spellStart"/>
            <w:r>
              <w:t>ciklus</w:t>
            </w:r>
            <w:proofErr w:type="spellEnd"/>
            <w:r w:rsidR="0051743A">
              <w:t xml:space="preserve"> – demand </w:t>
            </w:r>
            <w:proofErr w:type="spellStart"/>
            <w:r w:rsidR="0051743A">
              <w:t>planing</w:t>
            </w:r>
            <w:proofErr w:type="spellEnd"/>
          </w:p>
        </w:tc>
      </w:tr>
    </w:tbl>
    <w:p w14:paraId="14865E78" w14:textId="77777777" w:rsidR="00786F6E" w:rsidRDefault="00786F6E"/>
    <w:sectPr w:rsidR="00786F6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324140">
    <w:abstractNumId w:val="8"/>
  </w:num>
  <w:num w:numId="2" w16cid:durableId="1206911225">
    <w:abstractNumId w:val="6"/>
  </w:num>
  <w:num w:numId="3" w16cid:durableId="1453208257">
    <w:abstractNumId w:val="5"/>
  </w:num>
  <w:num w:numId="4" w16cid:durableId="1454516625">
    <w:abstractNumId w:val="4"/>
  </w:num>
  <w:num w:numId="5" w16cid:durableId="1712850317">
    <w:abstractNumId w:val="7"/>
  </w:num>
  <w:num w:numId="6" w16cid:durableId="1698039195">
    <w:abstractNumId w:val="3"/>
  </w:num>
  <w:num w:numId="7" w16cid:durableId="1286691607">
    <w:abstractNumId w:val="2"/>
  </w:num>
  <w:num w:numId="8" w16cid:durableId="700008076">
    <w:abstractNumId w:val="1"/>
  </w:num>
  <w:num w:numId="9" w16cid:durableId="207111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3876"/>
    <w:rsid w:val="0029639D"/>
    <w:rsid w:val="00326F90"/>
    <w:rsid w:val="00394F81"/>
    <w:rsid w:val="004300D5"/>
    <w:rsid w:val="004F3EB1"/>
    <w:rsid w:val="0051743A"/>
    <w:rsid w:val="005507FA"/>
    <w:rsid w:val="00786F6E"/>
    <w:rsid w:val="0087000E"/>
    <w:rsid w:val="00A1433D"/>
    <w:rsid w:val="00AA1D8D"/>
    <w:rsid w:val="00B47730"/>
    <w:rsid w:val="00CB0664"/>
    <w:rsid w:val="00CC69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E45C4B2"/>
  <w14:defaultImageDpi w14:val="300"/>
  <w15:docId w15:val="{453BEABA-CCC6-4D01-8E61-C57F64C9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Lovro Ljutić</cp:lastModifiedBy>
  <cp:revision>6</cp:revision>
  <dcterms:created xsi:type="dcterms:W3CDTF">2013-12-23T23:15:00Z</dcterms:created>
  <dcterms:modified xsi:type="dcterms:W3CDTF">2026-04-28T21:04:00Z</dcterms:modified>
  <cp:category/>
</cp:coreProperties>
</file>